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b/>
          <w:i w:val="0"/>
          <w:color w:val="9A3A12"/>
          <w:sz w:val="26"/>
        </w:rPr>
        <w:t>PLANTILLA DE CARTA — Correspondencia (S14)</w:t>
      </w:r>
    </w:p>
    <w:p>
      <w:pPr>
        <w:spacing w:after="40"/>
      </w:pPr>
      <w:r>
        <w:rPr>
          <w:b w:val="0"/>
          <w:i/>
          <w:color w:val="6B6B6B"/>
          <w:sz w:val="22"/>
        </w:rPr>
        <w:t>Esta es el DOCUMENTO PRINCIPAL de una combinación de correspondencia. Conéctala a s14-destinatarios.xlsx (100 destinatarios) y reemplaza cada marca «campo: …» por el campo combinado correspondiente. Tu trabajo:</w:t>
      </w:r>
    </w:p>
    <w:p>
      <w:pPr>
        <w:spacing w:after="40"/>
      </w:pPr>
      <w:r>
        <w:rPr>
          <w:b w:val="0"/>
          <w:i/>
          <w:color w:val="6B6B6B"/>
          <w:sz w:val="20"/>
        </w:rPr>
        <w:t xml:space="preserve">   1) Inicia la combinación (tipo Cartas) y conecta s14-destinatarios.xlsx.</w:t>
      </w:r>
    </w:p>
    <w:p>
      <w:pPr>
        <w:spacing w:after="40"/>
      </w:pPr>
      <w:r>
        <w:rPr>
          <w:b w:val="0"/>
          <w:i/>
          <w:color w:val="6B6B6B"/>
          <w:sz w:val="20"/>
        </w:rPr>
        <w:t xml:space="preserve">   2) Reemplaza cada «campo: …» por Insertar campo combinado.</w:t>
      </w:r>
    </w:p>
    <w:p>
      <w:pPr>
        <w:spacing w:after="40"/>
      </w:pPr>
      <w:r>
        <w:rPr>
          <w:b w:val="0"/>
          <w:i/>
          <w:color w:val="6B6B6B"/>
          <w:sz w:val="20"/>
        </w:rPr>
        <w:t xml:space="preserve">   3) Inserta el campo Trato (Señor/Señora) en la línea del destinatario.</w:t>
      </w:r>
    </w:p>
    <w:p>
      <w:pPr>
        <w:spacing w:after="40"/>
      </w:pPr>
      <w:r>
        <w:rPr>
          <w:b w:val="0"/>
          <w:i/>
          <w:color w:val="6B6B6B"/>
          <w:sz w:val="20"/>
        </w:rPr>
        <w:t xml:space="preserve">   4) Sustituye «condicional: …» por un CAMPO CONDICIONAL para el saludo (ver recuadro).</w:t>
      </w:r>
    </w:p>
    <w:p>
      <w:pPr>
        <w:spacing w:after="40"/>
      </w:pPr>
      <w:r>
        <w:rPr>
          <w:b w:val="0"/>
          <w:i/>
          <w:color w:val="6B6B6B"/>
          <w:sz w:val="20"/>
        </w:rPr>
        <w:t xml:space="preserve">   5) Añade una regla Si…entonces…si no según la Nota.</w:t>
      </w:r>
    </w:p>
    <w:p>
      <w:pPr>
        <w:spacing w:after="40"/>
      </w:pPr>
      <w:r>
        <w:rPr>
          <w:b w:val="0"/>
          <w:i/>
          <w:color w:val="6B6B6B"/>
          <w:sz w:val="20"/>
        </w:rPr>
        <w:t xml:space="preserve">   6) Vista previa de resultados (revisa el primero y el último) y finaliza.</w:t>
      </w:r>
    </w:p>
    <w:p>
      <w:pPr>
        <w:spacing w:after="40"/>
      </w:pPr>
      <w:r>
        <w:rPr>
          <w:b/>
          <w:i w:val="0"/>
          <w:color w:val="1F3B66"/>
          <w:sz w:val="22"/>
        </w:rPr>
        <w:t>CÓMO CREAR EL CAMPO CONDICIONAL DEL SALUDO (Estimado / Estimada)</w:t>
      </w:r>
    </w:p>
    <w:p>
      <w:pPr>
        <w:spacing w:after="20"/>
      </w:pPr>
      <w:r>
        <w:rPr>
          <w:b w:val="0"/>
          <w:i/>
          <w:color w:val="6B6B6B"/>
          <w:sz w:val="20"/>
        </w:rPr>
        <w:t xml:space="preserve">   Word:  Correspondencia → Reglas → Si… entonces… si no…</w:t>
      </w:r>
    </w:p>
    <w:p>
      <w:pPr>
        <w:spacing w:after="20"/>
      </w:pPr>
      <w:r>
        <w:rPr>
          <w:b w:val="0"/>
          <w:i/>
          <w:color w:val="6B6B6B"/>
          <w:sz w:val="20"/>
        </w:rPr>
        <w:t xml:space="preserve">      • Nombre del campo: Sexo   • Comparación: igual a   • Comparar con: F</w:t>
      </w:r>
    </w:p>
    <w:p>
      <w:pPr>
        <w:spacing w:after="20"/>
      </w:pPr>
      <w:r>
        <w:rPr>
          <w:b w:val="0"/>
          <w:i/>
          <w:color w:val="6B6B6B"/>
          <w:sz w:val="20"/>
        </w:rPr>
        <w:t xml:space="preserve">      • Insertar este texto: Estimada   • De lo contrario, insertar: Estimado</w:t>
      </w:r>
    </w:p>
    <w:p>
      <w:pPr>
        <w:spacing w:after="20"/>
      </w:pPr>
      <w:r>
        <w:rPr>
          <w:b w:val="0"/>
          <w:i/>
          <w:color w:val="6B6B6B"/>
          <w:sz w:val="20"/>
        </w:rPr>
        <w:t xml:space="preserve">      (así, cada carta muestra «Estimada» para las mujeres y «Estimado» para los varones)</w:t>
      </w:r>
    </w:p>
    <w:p>
      <w:pPr>
        <w:spacing w:after="20"/>
      </w:pPr>
      <w:r>
        <w:rPr>
          <w:b w:val="0"/>
          <w:i/>
          <w:color w:val="6B6B6B"/>
          <w:sz w:val="20"/>
        </w:rPr>
        <w:t xml:space="preserve">   LibreOffice:  Insertar → Campo → Más campos → pestaña Funciones → Texto condicional</w:t>
      </w:r>
    </w:p>
    <w:p>
      <w:pPr>
        <w:spacing w:after="20"/>
      </w:pPr>
      <w:r>
        <w:rPr>
          <w:b w:val="0"/>
          <w:i/>
          <w:color w:val="6B6B6B"/>
          <w:sz w:val="20"/>
        </w:rPr>
        <w:t xml:space="preserve">      • Condición: Sexo == "F"   • Entonces: Estimada   • Si no: Estimado</w:t>
      </w:r>
    </w:p>
    <w:p>
      <w:r>
        <w:br w:type="page"/>
      </w:r>
    </w:p>
    <w:p>
      <w:pPr>
        <w:spacing w:after="40"/>
        <w:jc w:val="center"/>
      </w:pPr>
      <w:r>
        <w:rPr>
          <w:b/>
          <w:i w:val="0"/>
          <w:color w:val="1F3B66"/>
          <w:sz w:val="26"/>
        </w:rPr>
        <w:t>UNIVERSIDAD NACIONAL MICAELA BASTIDAS DE APURÍMAC</w:t>
      </w:r>
    </w:p>
    <w:p>
      <w:pPr>
        <w:spacing w:after="360"/>
        <w:jc w:val="center"/>
      </w:pPr>
      <w:r>
        <w:rPr>
          <w:b w:val="0"/>
          <w:i/>
          <w:color w:val="6B6B6B"/>
          <w:sz w:val="20"/>
        </w:rPr>
        <w:t>Escuela de Ofimática — Curso de Ofimática Básico e Intermedio</w:t>
      </w:r>
    </w:p>
    <w:p>
      <w:pPr>
        <w:spacing w:after="120"/>
        <w:jc w:val="right"/>
      </w:pPr>
      <w:r>
        <w:rPr>
          <w:b w:val="0"/>
          <w:i w:val="0"/>
          <w:sz w:val="22"/>
        </w:rPr>
        <w:t xml:space="preserve">Abancay, </w:t>
      </w:r>
      <w:r>
        <w:rPr>
          <w:b/>
          <w:i w:val="0"/>
          <w:color w:val="9A3A12"/>
          <w:sz w:val="20"/>
        </w:rPr>
        <w:t>«campo: Fecha»</w:t>
      </w:r>
    </w:p>
    <w:p>
      <w:pPr>
        <w:spacing w:after="40"/>
      </w:pPr>
      <w:r>
        <w:rPr>
          <w:b/>
          <w:i w:val="0"/>
          <w:color w:val="9A3A12"/>
          <w:sz w:val="20"/>
        </w:rPr>
        <w:t>«campo: Trato»</w:t>
      </w:r>
      <w:r>
        <w:rPr>
          <w:b w:val="0"/>
          <w:i w:val="0"/>
          <w:sz w:val="22"/>
        </w:rPr>
        <w:t xml:space="preserve"> </w:t>
      </w:r>
      <w:r>
        <w:rPr>
          <w:b/>
          <w:i w:val="0"/>
          <w:color w:val="9A3A12"/>
          <w:sz w:val="20"/>
        </w:rPr>
        <w:t>«campo: Nombre»</w:t>
      </w:r>
      <w:r>
        <w:rPr>
          <w:b w:val="0"/>
          <w:i w:val="0"/>
          <w:sz w:val="22"/>
        </w:rPr>
        <w:t xml:space="preserve"> </w:t>
      </w:r>
      <w:r>
        <w:rPr>
          <w:b/>
          <w:i w:val="0"/>
          <w:color w:val="9A3A12"/>
          <w:sz w:val="20"/>
        </w:rPr>
        <w:t>«campo: Apellidos»</w:t>
      </w:r>
    </w:p>
    <w:p>
      <w:pPr>
        <w:spacing w:after="360"/>
      </w:pPr>
      <w:r>
        <w:rPr>
          <w:b w:val="0"/>
          <w:i w:val="0"/>
          <w:sz w:val="22"/>
        </w:rPr>
        <w:t xml:space="preserve">Estudiante del curso: </w:t>
      </w:r>
      <w:r>
        <w:rPr>
          <w:b/>
          <w:i w:val="0"/>
          <w:color w:val="9A3A12"/>
          <w:sz w:val="20"/>
        </w:rPr>
        <w:t>«campo: Curso»</w:t>
      </w:r>
      <w:r>
        <w:rPr>
          <w:b w:val="0"/>
          <w:i w:val="0"/>
          <w:sz w:val="22"/>
        </w:rPr>
        <w:t xml:space="preserve">  ·  Clase: </w:t>
      </w:r>
      <w:r>
        <w:rPr>
          <w:b/>
          <w:i w:val="0"/>
          <w:color w:val="9A3A12"/>
          <w:sz w:val="20"/>
        </w:rPr>
        <w:t>«campo: Clase»</w:t>
      </w:r>
    </w:p>
    <w:p>
      <w:pPr>
        <w:spacing w:after="240"/>
      </w:pPr>
      <w:r>
        <w:rPr>
          <w:b/>
          <w:i w:val="0"/>
          <w:color w:val="9A3A12"/>
          <w:sz w:val="20"/>
        </w:rPr>
        <w:t>«condicional: Estimado/Estimada según Sexo»</w:t>
      </w:r>
      <w:r>
        <w:rPr>
          <w:b w:val="0"/>
          <w:i w:val="0"/>
          <w:sz w:val="22"/>
        </w:rPr>
        <w:t xml:space="preserve"> </w:t>
      </w:r>
      <w:r>
        <w:rPr>
          <w:b/>
          <w:i w:val="0"/>
          <w:color w:val="9A3A12"/>
          <w:sz w:val="20"/>
        </w:rPr>
        <w:t>«campo: Nombre»</w:t>
      </w:r>
      <w:r>
        <w:rPr>
          <w:b w:val="0"/>
          <w:i w:val="0"/>
          <w:sz w:val="22"/>
        </w:rPr>
        <w:t>:</w:t>
      </w:r>
    </w:p>
    <w:p>
      <w:pPr>
        <w:spacing w:after="120"/>
      </w:pPr>
      <w:r>
        <w:rPr>
          <w:b w:val="0"/>
          <w:i w:val="0"/>
          <w:sz w:val="22"/>
        </w:rPr>
        <w:t xml:space="preserve">Por medio de la presente le comunicamos su calificación final en el curso </w:t>
      </w:r>
      <w:r>
        <w:rPr>
          <w:b/>
          <w:i w:val="0"/>
          <w:color w:val="9A3A12"/>
          <w:sz w:val="20"/>
        </w:rPr>
        <w:t>«campo: Curso»</w:t>
      </w:r>
      <w:r>
        <w:rPr>
          <w:b w:val="0"/>
          <w:i w:val="0"/>
          <w:sz w:val="22"/>
        </w:rPr>
        <w:t xml:space="preserve">, correspondiente al módulo desarrollado en el mes de julio. Su nota final registrada es: </w:t>
      </w:r>
      <w:r>
        <w:rPr>
          <w:b/>
          <w:i w:val="0"/>
          <w:color w:val="9A3A12"/>
          <w:sz w:val="20"/>
        </w:rPr>
        <w:t>«campo: Nota»</w:t>
      </w:r>
      <w:r>
        <w:rPr>
          <w:b w:val="0"/>
          <w:i w:val="0"/>
          <w:sz w:val="22"/>
        </w:rPr>
        <w:t>.</w:t>
      </w:r>
    </w:p>
    <w:p>
      <w:pPr>
        <w:spacing w:after="240"/>
      </w:pPr>
      <w:r>
        <w:rPr>
          <w:b/>
          <w:i w:val="0"/>
          <w:color w:val="9A3A12"/>
          <w:sz w:val="20"/>
        </w:rPr>
        <w:t>«regla: Si Nota ≥ 11 → ¡Felicitaciones por aprobar el curso! · Si no → Le esperamos en la evaluación de recuperación.»</w:t>
      </w:r>
    </w:p>
    <w:p>
      <w:pPr>
        <w:spacing w:after="360"/>
      </w:pPr>
      <w:r>
        <w:rPr>
          <w:b w:val="0"/>
          <w:i w:val="0"/>
          <w:sz w:val="22"/>
        </w:rPr>
        <w:t>Agradecemos su participación y compromiso a lo largo del módulo. Para cualquier consulta sobre su calificación puede acercarse a la coordinación del curso.</w:t>
      </w:r>
    </w:p>
    <w:p>
      <w:pPr>
        <w:spacing w:after="600"/>
      </w:pPr>
      <w:r>
        <w:rPr>
          <w:b w:val="0"/>
          <w:i w:val="0"/>
          <w:sz w:val="22"/>
        </w:rPr>
        <w:t>Atentamente,</w:t>
      </w:r>
    </w:p>
    <w:p>
      <w:pPr>
        <w:spacing w:after="40"/>
      </w:pPr>
      <w:r>
        <w:rPr>
          <w:b w:val="0"/>
          <w:i w:val="0"/>
          <w:sz w:val="22"/>
        </w:rPr>
        <w:t>__________________________________</w:t>
      </w:r>
    </w:p>
    <w:p>
      <w:pPr>
        <w:spacing w:after="0"/>
      </w:pPr>
      <w:r>
        <w:rPr>
          <w:b w:val="0"/>
          <w:i w:val="0"/>
          <w:color w:val="6B6B6B"/>
          <w:sz w:val="20"/>
        </w:rPr>
        <w:t>Coordinación del Curso de Ofimática</w:t>
      </w:r>
    </w:p>
    <w:p>
      <w:pPr>
        <w:spacing w:after="120"/>
      </w:pPr>
      <w:r>
        <w:rPr>
          <w:b w:val="0"/>
          <w:i w:val="0"/>
          <w:color w:val="6B6B6B"/>
          <w:sz w:val="20"/>
        </w:rPr>
        <w:t>UNAMBA — Apurímac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