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FICHA DE INSCRIPCIÓN — Formularios (S15)</w:t>
      </w:r>
    </w:p>
    <w:p>
      <w:pPr>
        <w:spacing w:after="40"/>
      </w:pPr>
      <w:r>
        <w:rPr>
          <w:b w:val="0"/>
          <w:i/>
          <w:color w:val="6B6B6B"/>
          <w:sz w:val="22"/>
        </w:rPr>
        <w:t>Cada hueco lleva una marca «control: …» que indica qué control insertar. Tu trabajo: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Activa la pestaña Programador y el Modo Diseño.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Reemplaza cada «control: …» por el control de contenido indicado.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Añade texto de ayuda a los controles de texto.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Protege el formulario en modo «Rellenado de formularios».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Prueba a rellenarlo con la protección activa.</w:t>
      </w:r>
    </w:p>
    <w:p>
      <w:r>
        <w:br w:type="page"/>
      </w:r>
    </w:p>
    <w:p>
      <w:pPr>
        <w:spacing w:after="40"/>
        <w:jc w:val="center"/>
      </w:pPr>
      <w:r>
        <w:rPr>
          <w:b/>
          <w:i w:val="0"/>
          <w:color w:val="1F3B66"/>
          <w:sz w:val="26"/>
        </w:rPr>
        <w:t>UNIVERSIDAD NACIONAL MICAELA BASTIDAS DE APURÍMAC</w:t>
      </w:r>
    </w:p>
    <w:p>
      <w:pPr>
        <w:spacing w:after="320"/>
        <w:jc w:val="center"/>
      </w:pPr>
      <w:r>
        <w:rPr>
          <w:b w:val="0"/>
          <w:i w:val="0"/>
          <w:color w:val="6B6B6B"/>
          <w:sz w:val="24"/>
        </w:rPr>
        <w:t>Ficha de inscripción — Curso de Ofimática</w:t>
      </w:r>
    </w:p>
    <w:p>
      <w:pPr>
        <w:spacing w:after="120"/>
      </w:pPr>
      <w:r>
        <w:rPr>
          <w:b/>
          <w:i w:val="0"/>
          <w:color w:val="1F3B66"/>
          <w:sz w:val="24"/>
        </w:rPr>
        <w:t>1. Datos personales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0"/>
        <w:gridCol w:w="4320"/>
      </w:tblGrid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Nombres: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control de TEXTO»</w:t>
            </w:r>
          </w:p>
        </w:tc>
      </w:tr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Apellidos: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control de TEXTO»</w:t>
            </w:r>
          </w:p>
        </w:tc>
      </w:tr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DNI: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control de TEXTO»</w:t>
            </w:r>
          </w:p>
        </w:tc>
      </w:tr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Correo electrónico: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control de TEXTO»</w:t>
            </w:r>
          </w:p>
        </w:tc>
      </w:tr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Fecha de nacimiento: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SELECTOR DE FECHA»</w:t>
            </w:r>
          </w:p>
        </w:tc>
      </w:tr>
      <w:tr>
        <w:tc>
          <w:tcPr>
            <w:tcW w:type="dxa" w:w="3000"/>
          </w:tcPr>
          <w:p>
            <w:r>
              <w:rPr>
                <w:b/>
                <w:i w:val="0"/>
                <w:sz w:val="22"/>
              </w:rPr>
              <w:t>Carrera: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  <w:color w:val="9A3A12"/>
                <w:sz w:val="20"/>
              </w:rPr>
              <w:t>«control: LISTA DESPLEGABLE (Ingeniería, Educación, Administración, Otros)»</w:t>
            </w:r>
          </w:p>
        </w:tc>
      </w:tr>
    </w:tbl>
    <w:p/>
    <w:p>
      <w:pPr>
        <w:spacing w:after="120"/>
      </w:pPr>
      <w:r>
        <w:rPr>
          <w:b/>
          <w:i w:val="0"/>
          <w:color w:val="1F3B66"/>
          <w:sz w:val="24"/>
        </w:rPr>
        <w:t>2. Turno de preferencia (marca una casilla)</w:t>
      </w:r>
    </w:p>
    <w:p>
      <w:pPr>
        <w:spacing w:after="60"/>
      </w:pPr>
      <w:r>
        <w:rPr>
          <w:b/>
          <w:i w:val="0"/>
          <w:color w:val="9A3A12"/>
          <w:sz w:val="20"/>
        </w:rPr>
        <w:t>«control: CASILLA»</w:t>
      </w:r>
      <w:r>
        <w:rPr>
          <w:b w:val="0"/>
          <w:i w:val="0"/>
          <w:sz w:val="22"/>
        </w:rPr>
        <w:t xml:space="preserve">  Mañana</w:t>
      </w:r>
    </w:p>
    <w:p>
      <w:pPr>
        <w:spacing w:after="60"/>
      </w:pPr>
      <w:r>
        <w:rPr>
          <w:b/>
          <w:i w:val="0"/>
          <w:color w:val="9A3A12"/>
          <w:sz w:val="20"/>
        </w:rPr>
        <w:t>«control: CASILLA»</w:t>
      </w:r>
      <w:r>
        <w:rPr>
          <w:b w:val="0"/>
          <w:i w:val="0"/>
          <w:sz w:val="22"/>
        </w:rPr>
        <w:t xml:space="preserve">  Tarde</w:t>
      </w:r>
    </w:p>
    <w:p>
      <w:pPr>
        <w:spacing w:after="60"/>
      </w:pPr>
      <w:r>
        <w:rPr>
          <w:b/>
          <w:i w:val="0"/>
          <w:color w:val="9A3A12"/>
          <w:sz w:val="20"/>
        </w:rPr>
        <w:t>«control: CASILLA»</w:t>
      </w:r>
      <w:r>
        <w:rPr>
          <w:b w:val="0"/>
          <w:i w:val="0"/>
          <w:sz w:val="22"/>
        </w:rPr>
        <w:t xml:space="preserve">  Noche</w:t>
      </w:r>
    </w:p>
    <w:p/>
    <w:p>
      <w:pPr>
        <w:spacing w:after="120"/>
      </w:pPr>
      <w:r>
        <w:rPr>
          <w:b/>
          <w:i w:val="0"/>
          <w:color w:val="1F3B66"/>
          <w:sz w:val="24"/>
        </w:rPr>
        <w:t>3. Declaración</w:t>
      </w:r>
    </w:p>
    <w:p>
      <w:pPr>
        <w:spacing w:after="120"/>
      </w:pPr>
      <w:r>
        <w:rPr>
          <w:b/>
          <w:i w:val="0"/>
          <w:color w:val="9A3A12"/>
          <w:sz w:val="20"/>
        </w:rPr>
        <w:t>«control: CASILLA»</w:t>
      </w:r>
      <w:r>
        <w:rPr>
          <w:b w:val="0"/>
          <w:i w:val="0"/>
          <w:sz w:val="22"/>
        </w:rPr>
        <w:t xml:space="preserve">  Acepto el reglamento del curso y autorizo el tratamiento de mis datos.</w:t>
      </w:r>
    </w:p>
    <w:p/>
    <w:p>
      <w:pPr>
        <w:spacing w:after="40"/>
      </w:pPr>
      <w:r>
        <w:rPr>
          <w:b w:val="0"/>
          <w:i w:val="0"/>
          <w:sz w:val="22"/>
        </w:rPr>
        <w:t>__________________________________</w:t>
      </w:r>
    </w:p>
    <w:p>
      <w:pPr>
        <w:spacing w:after="120"/>
      </w:pPr>
      <w:r>
        <w:rPr>
          <w:b w:val="0"/>
          <w:i w:val="0"/>
          <w:color w:val="6B6B6B"/>
          <w:sz w:val="20"/>
        </w:rPr>
        <w:t>Firma del solicitante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